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03DBB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>GUIDA OPERATIVA DI INTELLIGENZA ARTIFICIALE</w:t>
      </w:r>
    </w:p>
    <w:p w14:paraId="4F76F0A2" w14:textId="77777777" w:rsidR="00761495" w:rsidRDefault="00000000" w:rsidP="00761495">
      <w:pPr>
        <w:jc w:val="both"/>
        <w:rPr>
          <w:rFonts w:ascii="Arial" w:hAnsi="Arial" w:cs="Arial"/>
        </w:rPr>
      </w:pPr>
      <w:proofErr w:type="spellStart"/>
      <w:r w:rsidRPr="00761495">
        <w:rPr>
          <w:rFonts w:ascii="Arial" w:hAnsi="Arial" w:cs="Arial"/>
        </w:rPr>
        <w:t>L’aiuto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intelligente</w:t>
      </w:r>
      <w:proofErr w:type="spellEnd"/>
      <w:r w:rsidRPr="00761495">
        <w:rPr>
          <w:rFonts w:ascii="Arial" w:hAnsi="Arial" w:cs="Arial"/>
        </w:rPr>
        <w:t xml:space="preserve"> al </w:t>
      </w:r>
      <w:proofErr w:type="spellStart"/>
      <w:r w:rsidRPr="00761495">
        <w:rPr>
          <w:rFonts w:ascii="Arial" w:hAnsi="Arial" w:cs="Arial"/>
        </w:rPr>
        <w:t>Commercialista</w:t>
      </w:r>
      <w:proofErr w:type="spellEnd"/>
    </w:p>
    <w:p w14:paraId="0FE431D8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>APPENDICE D</w:t>
      </w:r>
    </w:p>
    <w:p w14:paraId="5CCAF1B3" w14:textId="77777777" w:rsidR="00761495" w:rsidRDefault="00000000" w:rsidP="00761495">
      <w:pPr>
        <w:jc w:val="both"/>
        <w:rPr>
          <w:rFonts w:ascii="Arial" w:hAnsi="Arial" w:cs="Arial"/>
        </w:rPr>
      </w:pPr>
      <w:proofErr w:type="spellStart"/>
      <w:r w:rsidRPr="00761495">
        <w:rPr>
          <w:rFonts w:ascii="Arial" w:hAnsi="Arial" w:cs="Arial"/>
        </w:rPr>
        <w:t>Esempio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clausola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contrattuale</w:t>
      </w:r>
      <w:proofErr w:type="spellEnd"/>
      <w:r w:rsidRPr="00761495">
        <w:rPr>
          <w:rFonts w:ascii="Arial" w:hAnsi="Arial" w:cs="Arial"/>
        </w:rPr>
        <w:t xml:space="preserve"> da </w:t>
      </w:r>
      <w:proofErr w:type="spellStart"/>
      <w:r w:rsidRPr="00761495">
        <w:rPr>
          <w:rFonts w:ascii="Arial" w:hAnsi="Arial" w:cs="Arial"/>
        </w:rPr>
        <w:t>indicare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nel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mandato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professionale</w:t>
      </w:r>
      <w:proofErr w:type="spellEnd"/>
      <w:r w:rsidRPr="00761495">
        <w:rPr>
          <w:rFonts w:ascii="Arial" w:hAnsi="Arial" w:cs="Arial"/>
        </w:rPr>
        <w:t xml:space="preserve"> (29)</w:t>
      </w:r>
    </w:p>
    <w:p w14:paraId="5E4E35BF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 xml:space="preserve">1 - Il </w:t>
      </w:r>
      <w:proofErr w:type="spellStart"/>
      <w:r w:rsidRPr="00761495">
        <w:rPr>
          <w:rFonts w:ascii="Arial" w:hAnsi="Arial" w:cs="Arial"/>
        </w:rPr>
        <w:t>Professionista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nello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svolgimento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dell’incarico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potrà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avvalersi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sistemi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intelligenza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artificiale</w:t>
      </w:r>
      <w:proofErr w:type="spellEnd"/>
      <w:r w:rsidRPr="00761495">
        <w:rPr>
          <w:rFonts w:ascii="Arial" w:hAnsi="Arial" w:cs="Arial"/>
        </w:rPr>
        <w:t xml:space="preserve"> (IA), </w:t>
      </w:r>
      <w:proofErr w:type="spellStart"/>
      <w:r w:rsidRPr="00761495">
        <w:rPr>
          <w:rFonts w:ascii="Arial" w:hAnsi="Arial" w:cs="Arial"/>
        </w:rPr>
        <w:t>inclusi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strumenti</w:t>
      </w:r>
      <w:proofErr w:type="spellEnd"/>
      <w:r w:rsidRPr="00761495">
        <w:rPr>
          <w:rFonts w:ascii="Arial" w:hAnsi="Arial" w:cs="Arial"/>
        </w:rPr>
        <w:t xml:space="preserve"> di IA </w:t>
      </w:r>
      <w:proofErr w:type="spellStart"/>
      <w:r w:rsidRPr="00761495">
        <w:rPr>
          <w:rFonts w:ascii="Arial" w:hAnsi="Arial" w:cs="Arial"/>
        </w:rPr>
        <w:t>generativa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esclusivamente</w:t>
      </w:r>
      <w:proofErr w:type="spellEnd"/>
      <w:r w:rsidRPr="00761495">
        <w:rPr>
          <w:rFonts w:ascii="Arial" w:hAnsi="Arial" w:cs="Arial"/>
        </w:rPr>
        <w:t xml:space="preserve"> per </w:t>
      </w:r>
      <w:proofErr w:type="spellStart"/>
      <w:r w:rsidRPr="00761495">
        <w:rPr>
          <w:rFonts w:ascii="Arial" w:hAnsi="Arial" w:cs="Arial"/>
        </w:rPr>
        <w:t>finalità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ausiliarie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quali</w:t>
      </w:r>
      <w:proofErr w:type="spellEnd"/>
      <w:r w:rsidRPr="00761495">
        <w:rPr>
          <w:rFonts w:ascii="Arial" w:hAnsi="Arial" w:cs="Arial"/>
        </w:rPr>
        <w:t xml:space="preserve"> a </w:t>
      </w:r>
      <w:proofErr w:type="spellStart"/>
      <w:r w:rsidRPr="00761495">
        <w:rPr>
          <w:rFonts w:ascii="Arial" w:hAnsi="Arial" w:cs="Arial"/>
        </w:rPr>
        <w:t>titolo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esemplificativo</w:t>
      </w:r>
      <w:proofErr w:type="spellEnd"/>
      <w:r w:rsidRPr="00761495">
        <w:rPr>
          <w:rFonts w:ascii="Arial" w:hAnsi="Arial" w:cs="Arial"/>
        </w:rPr>
        <w:t xml:space="preserve"> e non </w:t>
      </w:r>
      <w:proofErr w:type="spellStart"/>
      <w:r w:rsidRPr="00761495">
        <w:rPr>
          <w:rFonts w:ascii="Arial" w:hAnsi="Arial" w:cs="Arial"/>
        </w:rPr>
        <w:t>esaustivo</w:t>
      </w:r>
      <w:proofErr w:type="spellEnd"/>
      <w:r w:rsidRPr="00761495">
        <w:rPr>
          <w:rFonts w:ascii="Arial" w:hAnsi="Arial" w:cs="Arial"/>
        </w:rPr>
        <w:t xml:space="preserve">: </w:t>
      </w:r>
      <w:proofErr w:type="spellStart"/>
      <w:r w:rsidRPr="00761495">
        <w:rPr>
          <w:rFonts w:ascii="Arial" w:hAnsi="Arial" w:cs="Arial"/>
        </w:rPr>
        <w:t>supporto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nella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ricerca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documentale</w:t>
      </w:r>
      <w:proofErr w:type="spellEnd"/>
      <w:r w:rsidRPr="00761495">
        <w:rPr>
          <w:rFonts w:ascii="Arial" w:hAnsi="Arial" w:cs="Arial"/>
        </w:rPr>
        <w:t xml:space="preserve"> e </w:t>
      </w:r>
      <w:proofErr w:type="spellStart"/>
      <w:r w:rsidRPr="00761495">
        <w:rPr>
          <w:rFonts w:ascii="Arial" w:hAnsi="Arial" w:cs="Arial"/>
        </w:rPr>
        <w:t>giurisprudenziale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redazione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bozze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documenti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predisposizione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contenuti</w:t>
      </w:r>
      <w:proofErr w:type="spellEnd"/>
      <w:r w:rsidRPr="00761495">
        <w:rPr>
          <w:rFonts w:ascii="Arial" w:hAnsi="Arial" w:cs="Arial"/>
        </w:rPr>
        <w:t xml:space="preserve"> non </w:t>
      </w:r>
      <w:proofErr w:type="spellStart"/>
      <w:r w:rsidRPr="00761495">
        <w:rPr>
          <w:rFonts w:ascii="Arial" w:hAnsi="Arial" w:cs="Arial"/>
        </w:rPr>
        <w:t>decisionali</w:t>
      </w:r>
      <w:proofErr w:type="spellEnd"/>
      <w:r w:rsidRPr="00761495">
        <w:rPr>
          <w:rFonts w:ascii="Arial" w:hAnsi="Arial" w:cs="Arial"/>
        </w:rPr>
        <w:t>.</w:t>
      </w:r>
    </w:p>
    <w:p w14:paraId="21EDE5B7" w14:textId="7970C33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 xml:space="preserve">In ogni </w:t>
      </w:r>
      <w:proofErr w:type="spellStart"/>
      <w:r w:rsidRPr="00761495">
        <w:rPr>
          <w:rFonts w:ascii="Arial" w:hAnsi="Arial" w:cs="Arial"/>
        </w:rPr>
        <w:t>caso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l’attività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professionale</w:t>
      </w:r>
      <w:proofErr w:type="spellEnd"/>
      <w:r w:rsidRPr="00761495">
        <w:rPr>
          <w:rFonts w:ascii="Arial" w:hAnsi="Arial" w:cs="Arial"/>
        </w:rPr>
        <w:t xml:space="preserve">, le </w:t>
      </w:r>
      <w:proofErr w:type="spellStart"/>
      <w:r w:rsidRPr="00761495">
        <w:rPr>
          <w:rFonts w:ascii="Arial" w:hAnsi="Arial" w:cs="Arial"/>
        </w:rPr>
        <w:t>valutazioni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critiche</w:t>
      </w:r>
      <w:proofErr w:type="spellEnd"/>
      <w:r w:rsidRPr="00761495">
        <w:rPr>
          <w:rFonts w:ascii="Arial" w:hAnsi="Arial" w:cs="Arial"/>
        </w:rPr>
        <w:t xml:space="preserve">, le </w:t>
      </w:r>
      <w:proofErr w:type="spellStart"/>
      <w:r w:rsidRPr="00761495">
        <w:rPr>
          <w:rFonts w:ascii="Arial" w:hAnsi="Arial" w:cs="Arial"/>
        </w:rPr>
        <w:t>decisioni</w:t>
      </w:r>
      <w:proofErr w:type="spellEnd"/>
      <w:r w:rsidRPr="00761495">
        <w:rPr>
          <w:rFonts w:ascii="Arial" w:hAnsi="Arial" w:cs="Arial"/>
        </w:rPr>
        <w:t xml:space="preserve"> e le </w:t>
      </w:r>
      <w:proofErr w:type="spellStart"/>
      <w:r w:rsidRPr="00761495">
        <w:rPr>
          <w:rFonts w:ascii="Arial" w:hAnsi="Arial" w:cs="Arial"/>
        </w:rPr>
        <w:t>responsabilità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connesse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all’incarico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rimangono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esclusivamente</w:t>
      </w:r>
      <w:proofErr w:type="spellEnd"/>
      <w:r w:rsidRPr="00761495">
        <w:rPr>
          <w:rFonts w:ascii="Arial" w:hAnsi="Arial" w:cs="Arial"/>
        </w:rPr>
        <w:t xml:space="preserve"> in capo al </w:t>
      </w:r>
      <w:proofErr w:type="spellStart"/>
      <w:r w:rsidRPr="00761495">
        <w:rPr>
          <w:rFonts w:ascii="Arial" w:hAnsi="Arial" w:cs="Arial"/>
        </w:rPr>
        <w:t>Professionista</w:t>
      </w:r>
      <w:proofErr w:type="spellEnd"/>
      <w:r w:rsidRPr="00761495">
        <w:rPr>
          <w:rFonts w:ascii="Arial" w:hAnsi="Arial" w:cs="Arial"/>
        </w:rPr>
        <w:t xml:space="preserve">, il quale </w:t>
      </w:r>
      <w:proofErr w:type="spellStart"/>
      <w:r w:rsidRPr="00761495">
        <w:rPr>
          <w:rFonts w:ascii="Arial" w:hAnsi="Arial" w:cs="Arial"/>
        </w:rPr>
        <w:t>esercita</w:t>
      </w:r>
      <w:proofErr w:type="spellEnd"/>
      <w:r w:rsidRPr="00761495">
        <w:rPr>
          <w:rFonts w:ascii="Arial" w:hAnsi="Arial" w:cs="Arial"/>
        </w:rPr>
        <w:t xml:space="preserve"> un </w:t>
      </w:r>
      <w:proofErr w:type="spellStart"/>
      <w:r w:rsidRPr="00761495">
        <w:rPr>
          <w:rFonts w:ascii="Arial" w:hAnsi="Arial" w:cs="Arial"/>
        </w:rPr>
        <w:t>controllo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umano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effettivo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su</w:t>
      </w:r>
      <w:proofErr w:type="spellEnd"/>
      <w:r w:rsidRPr="00761495">
        <w:rPr>
          <w:rFonts w:ascii="Arial" w:hAnsi="Arial" w:cs="Arial"/>
        </w:rPr>
        <w:t xml:space="preserve"> tutte le </w:t>
      </w:r>
      <w:proofErr w:type="spellStart"/>
      <w:r w:rsidRPr="00761495">
        <w:rPr>
          <w:rFonts w:ascii="Arial" w:hAnsi="Arial" w:cs="Arial"/>
        </w:rPr>
        <w:t>attività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svolte</w:t>
      </w:r>
      <w:proofErr w:type="spellEnd"/>
      <w:r w:rsidRPr="00761495">
        <w:rPr>
          <w:rFonts w:ascii="Arial" w:hAnsi="Arial" w:cs="Arial"/>
        </w:rPr>
        <w:t xml:space="preserve"> con </w:t>
      </w:r>
      <w:proofErr w:type="spellStart"/>
      <w:r w:rsidRPr="00761495">
        <w:rPr>
          <w:rFonts w:ascii="Arial" w:hAnsi="Arial" w:cs="Arial"/>
        </w:rPr>
        <w:t>l’ausilio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dell’IA</w:t>
      </w:r>
      <w:proofErr w:type="spellEnd"/>
      <w:r w:rsidRPr="00761495">
        <w:rPr>
          <w:rFonts w:ascii="Arial" w:hAnsi="Arial" w:cs="Arial"/>
        </w:rPr>
        <w:t>.</w:t>
      </w:r>
    </w:p>
    <w:p w14:paraId="23BE202B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 xml:space="preserve">2 - Il </w:t>
      </w:r>
      <w:proofErr w:type="spellStart"/>
      <w:r w:rsidRPr="00761495">
        <w:rPr>
          <w:rFonts w:ascii="Arial" w:hAnsi="Arial" w:cs="Arial"/>
        </w:rPr>
        <w:t>Cliente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prende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atto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che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l’impiego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sistemi</w:t>
      </w:r>
      <w:proofErr w:type="spellEnd"/>
      <w:r w:rsidRPr="00761495">
        <w:rPr>
          <w:rFonts w:ascii="Arial" w:hAnsi="Arial" w:cs="Arial"/>
        </w:rPr>
        <w:t xml:space="preserve"> di IA non </w:t>
      </w:r>
      <w:proofErr w:type="spellStart"/>
      <w:r w:rsidRPr="00761495">
        <w:rPr>
          <w:rFonts w:ascii="Arial" w:hAnsi="Arial" w:cs="Arial"/>
        </w:rPr>
        <w:t>comporta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l’adozione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decisioni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automatizzate</w:t>
      </w:r>
      <w:proofErr w:type="spellEnd"/>
      <w:r w:rsidRPr="00761495">
        <w:rPr>
          <w:rFonts w:ascii="Arial" w:hAnsi="Arial" w:cs="Arial"/>
        </w:rPr>
        <w:t xml:space="preserve"> ai sensi </w:t>
      </w:r>
      <w:proofErr w:type="spellStart"/>
      <w:r w:rsidRPr="00761495">
        <w:rPr>
          <w:rFonts w:ascii="Arial" w:hAnsi="Arial" w:cs="Arial"/>
        </w:rPr>
        <w:t>dell’art</w:t>
      </w:r>
      <w:proofErr w:type="spellEnd"/>
      <w:r w:rsidRPr="00761495">
        <w:rPr>
          <w:rFonts w:ascii="Arial" w:hAnsi="Arial" w:cs="Arial"/>
        </w:rPr>
        <w:t xml:space="preserve">. 22 del </w:t>
      </w:r>
      <w:proofErr w:type="spellStart"/>
      <w:r w:rsidRPr="00761495">
        <w:rPr>
          <w:rFonts w:ascii="Arial" w:hAnsi="Arial" w:cs="Arial"/>
        </w:rPr>
        <w:t>Regolamento</w:t>
      </w:r>
      <w:proofErr w:type="spellEnd"/>
      <w:r w:rsidRPr="00761495">
        <w:rPr>
          <w:rFonts w:ascii="Arial" w:hAnsi="Arial" w:cs="Arial"/>
        </w:rPr>
        <w:t xml:space="preserve"> (UE) 2016/679, né produce </w:t>
      </w:r>
      <w:proofErr w:type="spellStart"/>
      <w:r w:rsidRPr="00761495">
        <w:rPr>
          <w:rFonts w:ascii="Arial" w:hAnsi="Arial" w:cs="Arial"/>
        </w:rPr>
        <w:t>effetti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giuridici</w:t>
      </w:r>
      <w:proofErr w:type="spellEnd"/>
      <w:r w:rsidRPr="00761495">
        <w:rPr>
          <w:rFonts w:ascii="Arial" w:hAnsi="Arial" w:cs="Arial"/>
        </w:rPr>
        <w:t xml:space="preserve"> o </w:t>
      </w:r>
      <w:proofErr w:type="spellStart"/>
      <w:r w:rsidRPr="00761495">
        <w:rPr>
          <w:rFonts w:ascii="Arial" w:hAnsi="Arial" w:cs="Arial"/>
        </w:rPr>
        <w:t>significativamente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analoghi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nei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suoi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confronti</w:t>
      </w:r>
      <w:proofErr w:type="spellEnd"/>
      <w:r w:rsidRPr="00761495">
        <w:rPr>
          <w:rFonts w:ascii="Arial" w:hAnsi="Arial" w:cs="Arial"/>
        </w:rPr>
        <w:t>.</w:t>
      </w:r>
    </w:p>
    <w:p w14:paraId="26198B49" w14:textId="77777777" w:rsidR="00761495" w:rsidRDefault="00000000" w:rsidP="00761495">
      <w:pPr>
        <w:jc w:val="both"/>
        <w:rPr>
          <w:rFonts w:ascii="Arial" w:hAnsi="Arial" w:cs="Arial"/>
        </w:rPr>
      </w:pPr>
      <w:proofErr w:type="spellStart"/>
      <w:r w:rsidRPr="00761495">
        <w:rPr>
          <w:rFonts w:ascii="Arial" w:hAnsi="Arial" w:cs="Arial"/>
        </w:rPr>
        <w:t>Qualora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l’utilizzo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suddetti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strumenti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implichi</w:t>
      </w:r>
      <w:proofErr w:type="spellEnd"/>
      <w:r w:rsidRPr="00761495">
        <w:rPr>
          <w:rFonts w:ascii="Arial" w:hAnsi="Arial" w:cs="Arial"/>
        </w:rPr>
        <w:t xml:space="preserve"> il </w:t>
      </w:r>
      <w:proofErr w:type="spellStart"/>
      <w:r w:rsidRPr="00761495">
        <w:rPr>
          <w:rFonts w:ascii="Arial" w:hAnsi="Arial" w:cs="Arial"/>
        </w:rPr>
        <w:t>trattamento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dati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personali</w:t>
      </w:r>
      <w:proofErr w:type="spellEnd"/>
      <w:r w:rsidRPr="00761495">
        <w:rPr>
          <w:rFonts w:ascii="Arial" w:hAnsi="Arial" w:cs="Arial"/>
        </w:rPr>
        <w:t xml:space="preserve"> del </w:t>
      </w:r>
      <w:proofErr w:type="spellStart"/>
      <w:r w:rsidRPr="00761495">
        <w:rPr>
          <w:rFonts w:ascii="Arial" w:hAnsi="Arial" w:cs="Arial"/>
        </w:rPr>
        <w:t>Cliente</w:t>
      </w:r>
      <w:proofErr w:type="spellEnd"/>
      <w:r w:rsidRPr="00761495">
        <w:rPr>
          <w:rFonts w:ascii="Arial" w:hAnsi="Arial" w:cs="Arial"/>
        </w:rPr>
        <w:t xml:space="preserve"> o di </w:t>
      </w:r>
      <w:proofErr w:type="spellStart"/>
      <w:r w:rsidRPr="00761495">
        <w:rPr>
          <w:rFonts w:ascii="Arial" w:hAnsi="Arial" w:cs="Arial"/>
        </w:rPr>
        <w:t>terzi</w:t>
      </w:r>
      <w:proofErr w:type="spellEnd"/>
      <w:r w:rsidRPr="00761495">
        <w:rPr>
          <w:rFonts w:ascii="Arial" w:hAnsi="Arial" w:cs="Arial"/>
        </w:rPr>
        <w:t xml:space="preserve">, il </w:t>
      </w:r>
      <w:proofErr w:type="spellStart"/>
      <w:r w:rsidRPr="00761495">
        <w:rPr>
          <w:rFonts w:ascii="Arial" w:hAnsi="Arial" w:cs="Arial"/>
        </w:rPr>
        <w:t>Professionista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garantisce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che</w:t>
      </w:r>
      <w:proofErr w:type="spellEnd"/>
      <w:r w:rsidRPr="00761495">
        <w:rPr>
          <w:rFonts w:ascii="Arial" w:hAnsi="Arial" w:cs="Arial"/>
        </w:rPr>
        <w:t xml:space="preserve"> tale </w:t>
      </w:r>
      <w:proofErr w:type="spellStart"/>
      <w:r w:rsidRPr="00761495">
        <w:rPr>
          <w:rFonts w:ascii="Arial" w:hAnsi="Arial" w:cs="Arial"/>
        </w:rPr>
        <w:t>trattamento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avverrà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nel</w:t>
      </w:r>
      <w:proofErr w:type="spellEnd"/>
      <w:r w:rsidRPr="00761495">
        <w:rPr>
          <w:rFonts w:ascii="Arial" w:hAnsi="Arial" w:cs="Arial"/>
        </w:rPr>
        <w:t xml:space="preserve"> rispetto del </w:t>
      </w:r>
      <w:proofErr w:type="spellStart"/>
      <w:r w:rsidRPr="00761495">
        <w:rPr>
          <w:rFonts w:ascii="Arial" w:hAnsi="Arial" w:cs="Arial"/>
        </w:rPr>
        <w:t>Regolamento</w:t>
      </w:r>
      <w:proofErr w:type="spellEnd"/>
      <w:r w:rsidRPr="00761495">
        <w:rPr>
          <w:rFonts w:ascii="Arial" w:hAnsi="Arial" w:cs="Arial"/>
        </w:rPr>
        <w:t xml:space="preserve"> (UE) 2016/679 (GDPR), del </w:t>
      </w:r>
      <w:proofErr w:type="spellStart"/>
      <w:r w:rsidRPr="00761495">
        <w:rPr>
          <w:rFonts w:ascii="Arial" w:hAnsi="Arial" w:cs="Arial"/>
        </w:rPr>
        <w:t>Regolamento</w:t>
      </w:r>
      <w:proofErr w:type="spellEnd"/>
      <w:r w:rsidRPr="00761495">
        <w:rPr>
          <w:rFonts w:ascii="Arial" w:hAnsi="Arial" w:cs="Arial"/>
        </w:rPr>
        <w:t xml:space="preserve"> (UE) 2024/1689 (AI Act), </w:t>
      </w:r>
      <w:proofErr w:type="spellStart"/>
      <w:r w:rsidRPr="00761495">
        <w:rPr>
          <w:rFonts w:ascii="Arial" w:hAnsi="Arial" w:cs="Arial"/>
        </w:rPr>
        <w:t>della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normativa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nazionale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applicabile</w:t>
      </w:r>
      <w:proofErr w:type="spellEnd"/>
      <w:r w:rsidRPr="00761495">
        <w:rPr>
          <w:rFonts w:ascii="Arial" w:hAnsi="Arial" w:cs="Arial"/>
        </w:rPr>
        <w:t xml:space="preserve"> e </w:t>
      </w:r>
      <w:proofErr w:type="spellStart"/>
      <w:r w:rsidRPr="00761495">
        <w:rPr>
          <w:rFonts w:ascii="Arial" w:hAnsi="Arial" w:cs="Arial"/>
        </w:rPr>
        <w:t>dell’informativa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fornita</w:t>
      </w:r>
      <w:proofErr w:type="spellEnd"/>
      <w:r w:rsidRPr="00761495">
        <w:rPr>
          <w:rFonts w:ascii="Arial" w:hAnsi="Arial" w:cs="Arial"/>
        </w:rPr>
        <w:t xml:space="preserve"> ex art. 13 GDPR.</w:t>
      </w:r>
    </w:p>
    <w:p w14:paraId="14505827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 xml:space="preserve">3 - Il </w:t>
      </w:r>
      <w:proofErr w:type="spellStart"/>
      <w:r w:rsidRPr="00761495">
        <w:rPr>
          <w:rFonts w:ascii="Arial" w:hAnsi="Arial" w:cs="Arial"/>
        </w:rPr>
        <w:t>Professionista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si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impegna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ove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richiesto</w:t>
      </w:r>
      <w:proofErr w:type="spellEnd"/>
      <w:r w:rsidRPr="00761495">
        <w:rPr>
          <w:rFonts w:ascii="Arial" w:hAnsi="Arial" w:cs="Arial"/>
        </w:rPr>
        <w:t xml:space="preserve">, </w:t>
      </w:r>
      <w:proofErr w:type="gramStart"/>
      <w:r w:rsidRPr="00761495">
        <w:rPr>
          <w:rFonts w:ascii="Arial" w:hAnsi="Arial" w:cs="Arial"/>
        </w:rPr>
        <w:t>a</w:t>
      </w:r>
      <w:proofErr w:type="gram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informare</w:t>
      </w:r>
      <w:proofErr w:type="spellEnd"/>
      <w:r w:rsidRPr="00761495">
        <w:rPr>
          <w:rFonts w:ascii="Arial" w:hAnsi="Arial" w:cs="Arial"/>
        </w:rPr>
        <w:t xml:space="preserve"> il </w:t>
      </w:r>
      <w:proofErr w:type="spellStart"/>
      <w:r w:rsidRPr="00761495">
        <w:rPr>
          <w:rFonts w:ascii="Arial" w:hAnsi="Arial" w:cs="Arial"/>
        </w:rPr>
        <w:t>Cliente</w:t>
      </w:r>
      <w:proofErr w:type="spellEnd"/>
      <w:r w:rsidRPr="00761495">
        <w:rPr>
          <w:rFonts w:ascii="Arial" w:hAnsi="Arial" w:cs="Arial"/>
        </w:rPr>
        <w:t xml:space="preserve"> in modo </w:t>
      </w:r>
      <w:proofErr w:type="spellStart"/>
      <w:r w:rsidRPr="00761495">
        <w:rPr>
          <w:rFonts w:ascii="Arial" w:hAnsi="Arial" w:cs="Arial"/>
        </w:rPr>
        <w:t>trasparente</w:t>
      </w:r>
      <w:proofErr w:type="spellEnd"/>
      <w:r w:rsidRPr="00761495">
        <w:rPr>
          <w:rFonts w:ascii="Arial" w:hAnsi="Arial" w:cs="Arial"/>
        </w:rPr>
        <w:t xml:space="preserve"> circa la </w:t>
      </w:r>
      <w:proofErr w:type="spellStart"/>
      <w:r w:rsidRPr="00761495">
        <w:rPr>
          <w:rFonts w:ascii="Arial" w:hAnsi="Arial" w:cs="Arial"/>
        </w:rPr>
        <w:t>tipologia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strumenti</w:t>
      </w:r>
      <w:proofErr w:type="spellEnd"/>
      <w:r w:rsidRPr="00761495">
        <w:rPr>
          <w:rFonts w:ascii="Arial" w:hAnsi="Arial" w:cs="Arial"/>
        </w:rPr>
        <w:t xml:space="preserve"> di IA </w:t>
      </w:r>
      <w:proofErr w:type="spellStart"/>
      <w:r w:rsidRPr="00761495">
        <w:rPr>
          <w:rFonts w:ascii="Arial" w:hAnsi="Arial" w:cs="Arial"/>
        </w:rPr>
        <w:t>impiegati</w:t>
      </w:r>
      <w:proofErr w:type="spellEnd"/>
      <w:r w:rsidRPr="00761495">
        <w:rPr>
          <w:rFonts w:ascii="Arial" w:hAnsi="Arial" w:cs="Arial"/>
        </w:rPr>
        <w:t xml:space="preserve">, la </w:t>
      </w:r>
      <w:proofErr w:type="spellStart"/>
      <w:r w:rsidRPr="00761495">
        <w:rPr>
          <w:rFonts w:ascii="Arial" w:hAnsi="Arial" w:cs="Arial"/>
        </w:rPr>
        <w:t>finalità</w:t>
      </w:r>
      <w:proofErr w:type="spellEnd"/>
      <w:r w:rsidRPr="00761495">
        <w:rPr>
          <w:rFonts w:ascii="Arial" w:hAnsi="Arial" w:cs="Arial"/>
        </w:rPr>
        <w:t xml:space="preserve"> del loro </w:t>
      </w:r>
      <w:proofErr w:type="spellStart"/>
      <w:r w:rsidRPr="00761495">
        <w:rPr>
          <w:rFonts w:ascii="Arial" w:hAnsi="Arial" w:cs="Arial"/>
        </w:rPr>
        <w:t>utilizzo</w:t>
      </w:r>
      <w:proofErr w:type="spellEnd"/>
      <w:r w:rsidRPr="00761495">
        <w:rPr>
          <w:rFonts w:ascii="Arial" w:hAnsi="Arial" w:cs="Arial"/>
        </w:rPr>
        <w:t xml:space="preserve"> e le </w:t>
      </w:r>
      <w:proofErr w:type="spellStart"/>
      <w:r w:rsidRPr="00761495">
        <w:rPr>
          <w:rFonts w:ascii="Arial" w:hAnsi="Arial" w:cs="Arial"/>
        </w:rPr>
        <w:t>misure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adottate</w:t>
      </w:r>
      <w:proofErr w:type="spellEnd"/>
      <w:r w:rsidRPr="00761495">
        <w:rPr>
          <w:rFonts w:ascii="Arial" w:hAnsi="Arial" w:cs="Arial"/>
        </w:rPr>
        <w:t xml:space="preserve"> per </w:t>
      </w:r>
      <w:proofErr w:type="spellStart"/>
      <w:r w:rsidRPr="00761495">
        <w:rPr>
          <w:rFonts w:ascii="Arial" w:hAnsi="Arial" w:cs="Arial"/>
        </w:rPr>
        <w:t>garantirne</w:t>
      </w:r>
      <w:proofErr w:type="spellEnd"/>
      <w:r w:rsidRPr="00761495">
        <w:rPr>
          <w:rFonts w:ascii="Arial" w:hAnsi="Arial" w:cs="Arial"/>
        </w:rPr>
        <w:t xml:space="preserve"> la </w:t>
      </w:r>
      <w:proofErr w:type="spellStart"/>
      <w:r w:rsidRPr="00761495">
        <w:rPr>
          <w:rFonts w:ascii="Arial" w:hAnsi="Arial" w:cs="Arial"/>
        </w:rPr>
        <w:t>correttezza</w:t>
      </w:r>
      <w:proofErr w:type="spellEnd"/>
      <w:r w:rsidRPr="00761495">
        <w:rPr>
          <w:rFonts w:ascii="Arial" w:hAnsi="Arial" w:cs="Arial"/>
        </w:rPr>
        <w:t xml:space="preserve">, la </w:t>
      </w:r>
      <w:proofErr w:type="spellStart"/>
      <w:r w:rsidRPr="00761495">
        <w:rPr>
          <w:rFonts w:ascii="Arial" w:hAnsi="Arial" w:cs="Arial"/>
        </w:rPr>
        <w:t>sicurezza</w:t>
      </w:r>
      <w:proofErr w:type="spellEnd"/>
      <w:r w:rsidRPr="00761495">
        <w:rPr>
          <w:rFonts w:ascii="Arial" w:hAnsi="Arial" w:cs="Arial"/>
        </w:rPr>
        <w:t xml:space="preserve"> e la </w:t>
      </w:r>
      <w:proofErr w:type="spellStart"/>
      <w:r w:rsidRPr="00761495">
        <w:rPr>
          <w:rFonts w:ascii="Arial" w:hAnsi="Arial" w:cs="Arial"/>
        </w:rPr>
        <w:t>conformità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normativa</w:t>
      </w:r>
      <w:proofErr w:type="spellEnd"/>
      <w:r w:rsidRPr="00761495">
        <w:rPr>
          <w:rFonts w:ascii="Arial" w:hAnsi="Arial" w:cs="Arial"/>
        </w:rPr>
        <w:t>.</w:t>
      </w:r>
    </w:p>
    <w:p w14:paraId="26732E8B" w14:textId="77777777" w:rsidR="00761495" w:rsidRDefault="00000000" w:rsidP="00761495">
      <w:pPr>
        <w:jc w:val="both"/>
        <w:rPr>
          <w:rFonts w:ascii="Arial" w:hAnsi="Arial" w:cs="Arial"/>
        </w:rPr>
      </w:pPr>
      <w:r w:rsidRPr="00761495">
        <w:rPr>
          <w:rFonts w:ascii="Arial" w:hAnsi="Arial" w:cs="Arial"/>
        </w:rPr>
        <w:t xml:space="preserve">4 - Il </w:t>
      </w:r>
      <w:proofErr w:type="spellStart"/>
      <w:r w:rsidRPr="00761495">
        <w:rPr>
          <w:rFonts w:ascii="Arial" w:hAnsi="Arial" w:cs="Arial"/>
        </w:rPr>
        <w:t>Cliente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potrà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su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richiesta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espressa</w:t>
      </w:r>
      <w:proofErr w:type="spellEnd"/>
      <w:r w:rsidRPr="00761495">
        <w:rPr>
          <w:rFonts w:ascii="Arial" w:hAnsi="Arial" w:cs="Arial"/>
        </w:rPr>
        <w:t xml:space="preserve"> e </w:t>
      </w:r>
      <w:proofErr w:type="spellStart"/>
      <w:r w:rsidRPr="00761495">
        <w:rPr>
          <w:rFonts w:ascii="Arial" w:hAnsi="Arial" w:cs="Arial"/>
        </w:rPr>
        <w:t>motivata</w:t>
      </w:r>
      <w:proofErr w:type="spellEnd"/>
      <w:r w:rsidRPr="00761495">
        <w:rPr>
          <w:rFonts w:ascii="Arial" w:hAnsi="Arial" w:cs="Arial"/>
        </w:rPr>
        <w:t xml:space="preserve">, </w:t>
      </w:r>
      <w:proofErr w:type="spellStart"/>
      <w:r w:rsidRPr="00761495">
        <w:rPr>
          <w:rFonts w:ascii="Arial" w:hAnsi="Arial" w:cs="Arial"/>
        </w:rPr>
        <w:t>chiedere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l’esclusione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dell’utilizzo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strumenti</w:t>
      </w:r>
      <w:proofErr w:type="spellEnd"/>
      <w:r w:rsidRPr="00761495">
        <w:rPr>
          <w:rFonts w:ascii="Arial" w:hAnsi="Arial" w:cs="Arial"/>
        </w:rPr>
        <w:t xml:space="preserve"> di </w:t>
      </w:r>
      <w:proofErr w:type="spellStart"/>
      <w:r w:rsidRPr="00761495">
        <w:rPr>
          <w:rFonts w:ascii="Arial" w:hAnsi="Arial" w:cs="Arial"/>
        </w:rPr>
        <w:t>intelligenza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artificiale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nell’ambito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dell’incarico</w:t>
      </w:r>
      <w:proofErr w:type="spellEnd"/>
      <w:r w:rsidRPr="00761495">
        <w:rPr>
          <w:rFonts w:ascii="Arial" w:hAnsi="Arial" w:cs="Arial"/>
        </w:rPr>
        <w:t xml:space="preserve">, fermo </w:t>
      </w:r>
      <w:proofErr w:type="spellStart"/>
      <w:r w:rsidRPr="00761495">
        <w:rPr>
          <w:rFonts w:ascii="Arial" w:hAnsi="Arial" w:cs="Arial"/>
        </w:rPr>
        <w:t>restando</w:t>
      </w:r>
      <w:proofErr w:type="spellEnd"/>
      <w:r w:rsidRPr="00761495">
        <w:rPr>
          <w:rFonts w:ascii="Arial" w:hAnsi="Arial" w:cs="Arial"/>
        </w:rPr>
        <w:t xml:space="preserve"> il rispetto </w:t>
      </w:r>
      <w:proofErr w:type="spellStart"/>
      <w:r w:rsidRPr="00761495">
        <w:rPr>
          <w:rFonts w:ascii="Arial" w:hAnsi="Arial" w:cs="Arial"/>
        </w:rPr>
        <w:t>degli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obblighi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deontologici</w:t>
      </w:r>
      <w:proofErr w:type="spellEnd"/>
      <w:r w:rsidRPr="00761495">
        <w:rPr>
          <w:rFonts w:ascii="Arial" w:hAnsi="Arial" w:cs="Arial"/>
        </w:rPr>
        <w:t xml:space="preserve"> e di </w:t>
      </w:r>
      <w:proofErr w:type="spellStart"/>
      <w:r w:rsidRPr="00761495">
        <w:rPr>
          <w:rFonts w:ascii="Arial" w:hAnsi="Arial" w:cs="Arial"/>
        </w:rPr>
        <w:t>diligenza</w:t>
      </w:r>
      <w:proofErr w:type="spellEnd"/>
      <w:r w:rsidRPr="00761495">
        <w:rPr>
          <w:rFonts w:ascii="Arial" w:hAnsi="Arial" w:cs="Arial"/>
        </w:rPr>
        <w:t xml:space="preserve"> </w:t>
      </w:r>
      <w:proofErr w:type="spellStart"/>
      <w:r w:rsidRPr="00761495">
        <w:rPr>
          <w:rFonts w:ascii="Arial" w:hAnsi="Arial" w:cs="Arial"/>
        </w:rPr>
        <w:t>professionale</w:t>
      </w:r>
      <w:proofErr w:type="spellEnd"/>
      <w:r w:rsidRPr="00761495">
        <w:rPr>
          <w:rFonts w:ascii="Arial" w:hAnsi="Arial" w:cs="Arial"/>
        </w:rPr>
        <w:t xml:space="preserve"> da </w:t>
      </w:r>
      <w:proofErr w:type="spellStart"/>
      <w:r w:rsidRPr="00761495">
        <w:rPr>
          <w:rFonts w:ascii="Arial" w:hAnsi="Arial" w:cs="Arial"/>
        </w:rPr>
        <w:t>parte</w:t>
      </w:r>
      <w:proofErr w:type="spellEnd"/>
      <w:r w:rsidRPr="00761495">
        <w:rPr>
          <w:rFonts w:ascii="Arial" w:hAnsi="Arial" w:cs="Arial"/>
        </w:rPr>
        <w:t xml:space="preserve"> del </w:t>
      </w:r>
      <w:proofErr w:type="spellStart"/>
      <w:r w:rsidRPr="00761495">
        <w:rPr>
          <w:rFonts w:ascii="Arial" w:hAnsi="Arial" w:cs="Arial"/>
        </w:rPr>
        <w:t>Professionista</w:t>
      </w:r>
      <w:proofErr w:type="spellEnd"/>
      <w:r w:rsidRPr="00761495">
        <w:rPr>
          <w:rFonts w:ascii="Arial" w:hAnsi="Arial" w:cs="Arial"/>
        </w:rPr>
        <w:t>.</w:t>
      </w:r>
    </w:p>
    <w:p w14:paraId="0A485FC7" w14:textId="1790C341" w:rsidR="00AE5023" w:rsidRPr="00761495" w:rsidRDefault="00761495" w:rsidP="00761495">
      <w:pPr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79F4B76" wp14:editId="251EC636">
            <wp:extent cx="5438775" cy="5238750"/>
            <wp:effectExtent l="0" t="0" r="9525" b="0"/>
            <wp:docPr id="16865633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563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5023" w:rsidRPr="0076149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0805762">
    <w:abstractNumId w:val="8"/>
  </w:num>
  <w:num w:numId="2" w16cid:durableId="1021857969">
    <w:abstractNumId w:val="6"/>
  </w:num>
  <w:num w:numId="3" w16cid:durableId="616254060">
    <w:abstractNumId w:val="5"/>
  </w:num>
  <w:num w:numId="4" w16cid:durableId="1453284294">
    <w:abstractNumId w:val="4"/>
  </w:num>
  <w:num w:numId="5" w16cid:durableId="293411436">
    <w:abstractNumId w:val="7"/>
  </w:num>
  <w:num w:numId="6" w16cid:durableId="325986016">
    <w:abstractNumId w:val="3"/>
  </w:num>
  <w:num w:numId="7" w16cid:durableId="613485720">
    <w:abstractNumId w:val="2"/>
  </w:num>
  <w:num w:numId="8" w16cid:durableId="542793956">
    <w:abstractNumId w:val="1"/>
  </w:num>
  <w:num w:numId="9" w16cid:durableId="1437023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hideSpellingErrors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0B46"/>
    <w:rsid w:val="0006063C"/>
    <w:rsid w:val="0015074B"/>
    <w:rsid w:val="0029639D"/>
    <w:rsid w:val="002F4BFF"/>
    <w:rsid w:val="00326F90"/>
    <w:rsid w:val="00426235"/>
    <w:rsid w:val="004C14DD"/>
    <w:rsid w:val="00761495"/>
    <w:rsid w:val="007B0546"/>
    <w:rsid w:val="00AA1D8D"/>
    <w:rsid w:val="00AE5023"/>
    <w:rsid w:val="00B4294A"/>
    <w:rsid w:val="00B47730"/>
    <w:rsid w:val="00CB0664"/>
    <w:rsid w:val="00CF76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5C22EF"/>
  <w14:defaultImageDpi w14:val="330"/>
  <w15:docId w15:val="{18820A83-7C33-4BF7-A305-93059717F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w3</cp:lastModifiedBy>
  <cp:revision>5</cp:revision>
  <dcterms:created xsi:type="dcterms:W3CDTF">2025-10-10T09:34:00Z</dcterms:created>
  <dcterms:modified xsi:type="dcterms:W3CDTF">2025-10-10T09:50:00Z</dcterms:modified>
  <cp:category/>
</cp:coreProperties>
</file>